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80"/>
        <w:ind w:left="4464"/>
      </w:pPr>
      <w:r>
        <w:t>Кому: [полное наименование продавца, адрес]</w:t>
      </w:r>
    </w:p>
    <w:p>
      <w:pPr>
        <w:keepNext/>
        <w:spacing w:after="80"/>
        <w:ind w:left="4464"/>
      </w:pPr>
      <w:r>
        <w:t>От: [ФИО покупателя, адрес для ответа]</w:t>
      </w:r>
    </w:p>
    <w:p>
      <w:pPr>
        <w:keepNext/>
        <w:spacing w:after="80"/>
        <w:ind w:left="4464"/>
      </w:pPr>
      <w:r>
        <w:t>Телефон / электронная почта: [контакты]</w:t>
      </w:r>
    </w:p>
    <w:p>
      <w:pPr>
        <w:pStyle w:val="Title"/>
        <w:keepNext/>
        <w:spacing w:before="280" w:after="80"/>
        <w:jc w:val="center"/>
      </w:pPr>
      <w:r>
        <w:rPr>
          <w:b/>
          <w:sz w:val="26"/>
        </w:rPr>
        <w:t>ПРЕТЕНЗИЯ</w:t>
      </w:r>
    </w:p>
    <w:p>
      <w:pPr>
        <w:keepNext/>
        <w:spacing w:after="280"/>
        <w:jc w:val="center"/>
      </w:pPr>
      <w:r>
        <w:t>о возврате денег за товар с недостатком</w:t>
      </w:r>
    </w:p>
    <w:p>
      <w:pPr>
        <w:widowControl/>
        <w:ind w:firstLine="504"/>
        <w:jc w:val="both"/>
      </w:pPr>
      <w:r>
        <w:t>[Дата] я приобрёл(а) у вас [название товара, модель, серийный номер при наличии] стоимостью [сумма] рублей. Товар передан мне [дата]. Покупку подтверждает [чек, заказ, договор или другое доказательство].</w:t>
      </w:r>
    </w:p>
    <w:p>
      <w:pPr>
        <w:widowControl/>
        <w:ind w:firstLine="504"/>
        <w:jc w:val="both"/>
      </w:pPr>
      <w:r>
        <w:t>[Дата] обнаружен недостаток: [что именно проявилось, при каких обстоятельствах]. При покупке этот недостаток продавцом не оговаривался. Ранее я обращался(ась) по этому вопросу [даты, требования и ответ продавца; если обращений не было — указать это].</w:t>
      </w:r>
    </w:p>
    <w:p>
      <w:pPr>
        <w:widowControl/>
        <w:ind w:firstLine="504"/>
        <w:jc w:val="both"/>
      </w:pPr>
      <w:r>
        <w:t>На основании статей 18 и 22 Закона РФ «О защите прав потребителей» отказываюсь от исполнения договора купли-продажи и прошу вернуть уплаченную сумму [сумма] рублей в течение десяти дней со дня предъявления требования.</w:t>
      </w:r>
    </w:p>
    <w:p>
      <w:pPr>
        <w:widowControl/>
        <w:ind w:firstLine="504"/>
        <w:jc w:val="both"/>
      </w:pPr>
      <w:r>
        <w:t>Готов(а) предоставить товар для проверки качества и вернуть его по требованию продавца за его счёт. Прошу сообщить порядок передачи товара. Желаю участвовать в проверке качества; прошу заранее сообщить её время и место.</w:t>
      </w:r>
    </w:p>
    <w:p>
      <w:pPr>
        <w:widowControl/>
        <w:ind w:firstLine="504"/>
        <w:jc w:val="both"/>
      </w:pPr>
      <w:r>
        <w:t>Способ возврата денег: [указать; при необходимости приложить реквизиты банковского счёта]. Ответ прошу направить [почтовый адрес или email].</w:t>
      </w:r>
    </w:p>
    <w:p>
      <w:pPr>
        <w:widowControl/>
        <w:ind w:firstLine="504"/>
        <w:jc w:val="both"/>
      </w:pPr>
      <w:r>
        <w:t>Приложения: [копии документов о покупке, фотографии, переписка, акты — перечислить фактически приложенные документы].</w:t>
      </w:r>
    </w:p>
    <w:p>
      <w:pPr>
        <w:tabs>
          <w:tab w:pos="6768" w:val="left"/>
        </w:tabs>
        <w:spacing w:before="280"/>
      </w:pPr>
      <w:r>
        <w:t>[Дата]</w:t>
        <w:tab/>
        <w:t>[Подпись, ФИО]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товар с недостатком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